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עוּגָה שֶׁל יוֹם שִׁשִּׁי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רהוטה של מילים עם כל התנועות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לאפיית עוגה ליום שישי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במשפטים קצרים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יום שישי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בפירמידה מוסיפים עוד שורה בכל פעם, עד שמגיעים לכל המשפט.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בעמוד כתוב 'כל התנועות'.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ביצים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(מאפה מתוק)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(חומר לבן לאפייה)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(מכשיר שאופים בו)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באפיית עוגה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לערבב קמח, סוכר וביצים בקערה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לשפוך את הבצק לתבנית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להכניס את התבנית לתנור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למשפט או שניים עם לפחות שני מרכיבים (כמו שוקולד, פירות) וציור תואם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התשובה: עוגה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מהרשימה כמו קמח, סוכר, תנור, ביצים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תרגיל קריאה שבו מוסיפים שורה בכל פעם עד שמגיעים למשפט שלם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הפירמידה יחד בקול, שורה אחרי שורה, ולבקש מהתלמידים לחזור אחרי המורה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תמונה או עוגה אמיתית כדי לחבר בין המילים לחוויה מוחשית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בתרגילי ההתאמה וההשלמה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עוּגָה שֶׁל יוֹם שִׁשִּׁי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פירמידת הקריאה 'עוגה של יום שישי', שבה קוראים שורה אחר שורה עד שמגיעים למשפט שלם, וגם נלמד מילים הקשורות לאפיית עוגה.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שישי  ·  ביצים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אופים ביום שישי בדף התרגול?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סלט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יום אופים את העוגה?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יום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יום שבת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פירמידת הקריאה מלמדת אותנו לקרוא שורה אחת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'עוגה' כתובה עם כל התנועות בדף התרגול.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ביום __________ אופים עוגה לכבוד שבת.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כדי לאפות עוגה צריך קמח, סוכר ו__________.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עוגה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חומר לבן לאפייה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מכשיר שאופים 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תנור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מאפה מתוק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הפעולות באפיית עוגה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לשפוך את הבצק לתבנית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להכניס את התבנית לתנור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לערבב קמח, סוכר וביצים בקערה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ציירו וכתבו: איזו עוגה הייתם רוצים לאפות לשבת? מה יהיה בה?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אופים ביום שישי בדף התרגול?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אחת שקשורה לאפיית עוגה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עוּגָה שֶׁל יוֹם שִׁשִּׁי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