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עוּגָה שֶׁל יוֹם שִׁשִּׁי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רהוטה של מילים עם כל התנועות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לאפיית עוגה ליום שישי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במשפטים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יום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בתנור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בפירמידה מוסיפים עוד שורה בכל פעם, עד שמגיעים לכל המשפט.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בעמוד כתוב 'כל התנועות'.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בלוח השנה העברי יום שישי קודם לשבת.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מתכונים בלי ביצים או בלי קמח, כמו עוגות ללא גלוטן.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תנור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מוסיפים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(מאפה מתוק)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(חומר לבן לאפייה)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(מכשיר שאופים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(היום שלפני שבת)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(עושה את האוכל מתוק)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באפיית עוגה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לערבב קמח, סוכר וביצים בקערה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לשפוך את הבצק לתבנית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להכניס את התבנית לתנור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לחכות שהעוגה תיאפה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להוציא את העוגה ולאכול אותה בשבת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למשפט או שניים עם לפחות שני מרכיבים (כמו שוקולד, פירות) וציור תואם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עוגה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מהרשימה כמו קמח, סוכר, תנור, ביצים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תרגיל קריאה שבו מוסיפים שורה בכל פעם עד שמגיעים למשפט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הפירמידה יחד בקול, שורה אחרי שורה, ולבקש מהתלמידים לחזור אחרי המורה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תמונה או עוגה אמיתית כדי לחבר בין המילים לחוויה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בתרגילי ההתאמה וההשלמה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עוּגָה שֶׁל יוֹם שִׁשִּׁי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נקרא מילים עם תנועות, ונלמד מילים על עוגה ויום שישי.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עוּגָה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מַאֲפֶה מָתוֹק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תְּנוּעוֹת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הַסִּימָנִים שֶׁעוֹזְרִים לָנוּ לִקְרוֹא נָכוֹן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יוֹם שִׁשִּׁי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הַיּוֹם שֶׁלִּפְנֵי שַׁבָּת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קֶמַח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חוֹמֶר לָבָן לַאֲפִיָּה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סֻכָּר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עוֹשֶׂה אֶת הָאֹכֶל מָתוֹק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בֵּיצִים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מְרַכִּיב בָּעוּגָה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תַּנּוּר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מְכַשִּׁיר שֶׁאוֹפִים בּוֹ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פִּירָמִידַת קְרִיאָה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תַּרְגִּיל שֶׁבּוֹ מוֹסִיפִים שׁוּרָה בְּכָל פַּעַם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אופים ביום שישי?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יום אופים?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מתחילה את הפירמידה?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מוסיפים כדי שהעוגה תהיה מתוקה?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פלפל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אופים את העוגה?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בתנור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באמבטיה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פירמידת הקריאה מלמדת אותנו לקרוא שורה אחת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'עוגה' כתובה עם כל התנועות בדף התרגול.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שישי הוא היום שלפני שבת.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לאפות עוגה בלי ביצים או קמח.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ביום __________ אופים עוגה לכבוד שבת.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לאפות עוגה צריך קמח, סוכר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את העוגה אופים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פירמידת קריאה מתחילה במילה אחת ו__________ שורה בכל פעם.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חומר לבן לאפייה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מכשיר שאופים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תנור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היום שלפני שבת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עושה את האוכל מתוק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סוכר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מאפה מתוק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באפיית עוגה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להכניס את התבנית לתנור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להוציא את העוגה ולאכול אותה בשבת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לערבב קמח, סוכר וביצים בקערה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לשפוך את הבצק לתבנית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לחכות שהעוגה תיאפה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וכתבו: איזו עוגה הייתם רוצים לאפות לשבת? מה יהיה בה?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אופים ביום שישי בדף התרגול?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שקשורה לאפיית עוגה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פירמידת קריאה?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עוּגָה שֶׁל יוֹם שִׁשִּׁי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