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עוּגָה שֶׁל יוֹם שִׁשִּׁי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רהוטה של מילים עם כל התנועות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לאפיית עוגה ליום שישי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בפירמידה מוסיפים עוד שורה בכל פעם, עד שמגיעים לכל המשפט.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כתוב 'כל התנועות'.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בלוח השנה העברי יום שישי קודם לשבת.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מתכונים בלי ביצים או בלי קמח, כמו עוגות ללא גלוטן.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(מאפה 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(חומר לבן לאפייה)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(מכשיר שאופים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(היום שלפני 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(עושה את האוכל מתוק)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באפיית עוגה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לערבב קמח, סוכר וביצים בקערה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לשפוך את הבצק לתבנית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להכניס את התבנית לתנור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לחכות שהעוגה תיאפה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להוציא את העוגה ולאכול אותה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למשפט או שניים עם לפחות שני מרכיבים (כמו שוקולד, פירות) וציור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קמח, סוכר, תנור, ביצים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קריאה שבו מוסיפים שורה בכל פעם עד שמגיעים למשפט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יחד בקול, שורה אחרי שורה, ולבקש מהתלמידים לחזור אחרי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תמונה או עוגה אמיתית כדי לחבר בין המילים לחוויה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בתרגילי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עוּגָה שֶׁל יוֹם שִׁשִּׁי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פירמידת הקריאה 'עוגה של יום שישי', שבה קוראים שורה אחר שורה עד שמגיעים למשפט שלם, וגם נלמד מילים הקשורות לאפיית עוגה.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אופים ביום שישי בדף התרגול?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אופים את העוגה?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הראשונה בפירמידת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להוסיף לעוגה כדי שתהיה מתוקה?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אופים את העוגה?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באמבטיה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הקריאה מלמדת אותנו לקרוא שורה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'עוגה' כתובה עם כל התנועות בדף התרגול.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שישי הוא היום שלפני 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לאפות עוגה בלי ביצים או קמח.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אופים עוגה לכבוד 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לאפות עוגה צריך קמח, סוכר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העוגה אופים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פירמידת קריאה מתחילה במילה אחת ו__________ שורה בכל פעם.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עושה את האוכל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מכשיר שאופים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חומר לבן לאפייה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מאפה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היום שלפני שבת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באפיית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שהעוגה תיאפה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להוציא את העוגה ולאכול אותה בשבת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לערבב קמח, סוכר וביצים בקערה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את התבנית לתנור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לשפוך את הבצק לתבנית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וכתבו: איזו עוגה הייתם רוצים לאפות לשבת? מה יהיה 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אופים ביום שישי בדף התרגול?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לאפיית עוגה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פירמידת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עוּגָה שֶׁל יוֹם שִׁשִּׁי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